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 w:before="0"/>
        <w:jc w:val="center"/>
      </w:pPr>
      <w:r>
        <w:rPr>
          <w:b/>
          <w:i w:val="0"/>
          <w:color w:val="1F4E79"/>
          <w:sz w:val="36"/>
        </w:rPr>
        <w:t>Practice Activity</w:t>
      </w:r>
    </w:p>
    <w:p>
      <w:pPr>
        <w:spacing w:after="40" w:before="0"/>
        <w:jc w:val="center"/>
      </w:pPr>
      <w:r>
        <w:rPr>
          <w:b/>
          <w:i w:val="0"/>
          <w:sz w:val="26"/>
        </w:rPr>
        <w:t>Lesson 6: Decimal Challenge</w:t>
      </w:r>
    </w:p>
    <w:p>
      <w:pPr>
        <w:spacing w:after="160" w:before="0"/>
        <w:jc w:val="center"/>
      </w:pPr>
      <w:r>
        <w:rPr>
          <w:b w:val="0"/>
          <w:i/>
          <w:sz w:val="20"/>
        </w:rPr>
        <w:t>5/6 Mathematics  -  Number Sense &amp; Operations</w:t>
      </w:r>
    </w:p>
    <w:p>
      <w:pPr>
        <w:spacing w:after="160" w:before="0"/>
      </w:pPr>
      <w:r>
        <w:rPr>
          <w:b w:val="0"/>
          <w:i/>
          <w:color w:val="555555"/>
          <w:sz w:val="20"/>
        </w:rPr>
        <w:t>Three quick decimal games. Read carefully - a small digit can still be worth a lot!</w:t>
      </w:r>
    </w:p>
    <w:p>
      <w:pPr>
        <w:spacing w:after="200" w:before="0"/>
      </w:pPr>
      <w:r>
        <w:rPr>
          <w:b w:val="0"/>
          <w:i w:val="0"/>
          <w:sz w:val="22"/>
        </w:rPr>
        <w:t>Name: ______________________________          Date: ________________</w:t>
      </w:r>
    </w:p>
    <w:p>
      <w:pPr>
        <w:spacing w:after="120" w:before="0"/>
      </w:pPr>
      <w:r>
        <w:rPr>
          <w:b/>
          <w:i w:val="0"/>
          <w:color w:val="1F4E79"/>
          <w:sz w:val="24"/>
        </w:rPr>
        <w:t>Game 1 - Order Up.  Write each set from LEAST to GREATEST.</w:t>
      </w:r>
    </w:p>
    <w:p>
      <w:pPr>
        <w:spacing w:after="120" w:before="0"/>
      </w:pPr>
      <w:r>
        <w:rPr>
          <w:b w:val="0"/>
          <w:i w:val="0"/>
          <w:sz w:val="22"/>
        </w:rPr>
        <w:t>a)  0.6,  0.06,  0.66,  0.605   -&gt;  ______________________________________</w:t>
      </w:r>
    </w:p>
    <w:p>
      <w:pPr>
        <w:spacing w:after="160" w:before="0"/>
      </w:pPr>
      <w:r>
        <w:rPr>
          <w:b w:val="0"/>
          <w:i w:val="0"/>
          <w:sz w:val="22"/>
        </w:rPr>
        <w:t>b)  0.4,  0.42,  0.402,  0.24   -&gt;  ______________________________________</w:t>
      </w:r>
    </w:p>
    <w:p>
      <w:pPr>
        <w:spacing w:after="120" w:before="0"/>
      </w:pPr>
      <w:r>
        <w:rPr>
          <w:b/>
          <w:i w:val="0"/>
          <w:color w:val="1F4E79"/>
          <w:sz w:val="24"/>
        </w:rPr>
        <w:t>Game 2 - Closest to One.  Circle the decimal in each row that is CLOSEST to 1.</w:t>
      </w:r>
    </w:p>
    <w:p>
      <w:pPr>
        <w:spacing w:after="120" w:before="0"/>
      </w:pPr>
      <w:r>
        <w:rPr>
          <w:b w:val="0"/>
          <w:i w:val="0"/>
          <w:sz w:val="22"/>
        </w:rPr>
        <w:t>a)   0.9         1.2         0.85         1.05</w:t>
      </w:r>
    </w:p>
    <w:p>
      <w:pPr>
        <w:spacing w:after="160" w:before="0"/>
      </w:pPr>
      <w:r>
        <w:rPr>
          <w:b w:val="0"/>
          <w:i w:val="0"/>
          <w:sz w:val="22"/>
        </w:rPr>
        <w:t>b)   0.7         0.98         1.3         0.55</w:t>
      </w:r>
    </w:p>
    <w:p>
      <w:pPr>
        <w:spacing w:after="120" w:before="0"/>
      </w:pPr>
      <w:r>
        <w:rPr>
          <w:b/>
          <w:i w:val="0"/>
          <w:color w:val="1F4E79"/>
          <w:sz w:val="24"/>
        </w:rPr>
        <w:t>Game 3 - Build It.  Use the digit tiles  7, 4, 0, 9  once each to build the LARGEST decimal of the form  _ . _ _ _</w:t>
      </w:r>
    </w:p>
    <w:p>
      <w:pPr>
        <w:spacing w:after="160" w:before="0"/>
      </w:pPr>
      <w:r>
        <w:rPr>
          <w:b w:val="0"/>
          <w:i w:val="0"/>
          <w:sz w:val="22"/>
        </w:rPr>
        <w:t>Largest:  ______________          Smallest:  ______________</w:t>
      </w:r>
    </w:p>
    <w:p>
      <w:pPr>
        <w:spacing w:after="40" w:before="0"/>
      </w:pPr>
      <w:r>
        <w:rPr>
          <w:b w:val="0"/>
          <w:i w:val="0"/>
          <w:sz w:val="22"/>
        </w:rPr>
        <w:t>Challenge (Gr 6):  Write 0.75 as a fraction and as a percent:  __________________________</w:t>
      </w:r>
    </w:p>
    <w:sectPr w:rsidR="00FC693F" w:rsidRPr="0006063C" w:rsidSect="00034616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